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3C7" w14:textId="77777777" w:rsidR="00F72CEB" w:rsidRPr="00B164FB" w:rsidRDefault="009704C4">
      <w:pPr>
        <w:spacing w:after="20"/>
        <w:jc w:val="center"/>
        <w:rPr>
          <w:rFonts w:ascii="Work Sans" w:hAnsi="Work Sans"/>
          <w:lang w:val="it-IT"/>
        </w:rPr>
      </w:pPr>
      <w:r w:rsidRPr="00B164FB">
        <w:rPr>
          <w:rFonts w:ascii="Work Sans" w:hAnsi="Work Sans"/>
          <w:b/>
          <w:color w:val="1F4E79"/>
          <w:lang w:val="it-IT"/>
        </w:rPr>
        <w:t>DIPARTIMENTO DI ECONOMIA</w:t>
      </w:r>
    </w:p>
    <w:p w14:paraId="3CECE6A7" w14:textId="77777777" w:rsidR="00F72CEB" w:rsidRPr="00B164FB" w:rsidRDefault="009704C4">
      <w:pPr>
        <w:spacing w:after="20"/>
        <w:jc w:val="center"/>
        <w:rPr>
          <w:rFonts w:ascii="Work Sans" w:hAnsi="Work Sans"/>
          <w:lang w:val="it-IT"/>
        </w:rPr>
      </w:pPr>
      <w:r w:rsidRPr="00B164FB">
        <w:rPr>
          <w:rFonts w:ascii="Work Sans" w:hAnsi="Work Sans"/>
          <w:b/>
          <w:color w:val="1F4E79"/>
          <w:sz w:val="32"/>
          <w:lang w:val="it-IT"/>
        </w:rPr>
        <w:t>DICHIARAZIONE UNICA SEMPLIFICATA</w:t>
      </w:r>
    </w:p>
    <w:p w14:paraId="67597AF1" w14:textId="77777777" w:rsidR="00F72CEB" w:rsidRPr="00B164FB" w:rsidRDefault="009704C4">
      <w:pPr>
        <w:spacing w:after="20"/>
        <w:jc w:val="center"/>
        <w:rPr>
          <w:rFonts w:ascii="Work Sans" w:hAnsi="Work Sans"/>
          <w:lang w:val="it-IT"/>
        </w:rPr>
      </w:pPr>
      <w:r w:rsidRPr="00B164FB">
        <w:rPr>
          <w:rFonts w:ascii="Work Sans" w:hAnsi="Work Sans"/>
          <w:i/>
          <w:sz w:val="21"/>
          <w:lang w:val="it-IT"/>
        </w:rPr>
        <w:t>Affidamenti diretti di importo inferiore a euro 40.000</w:t>
      </w:r>
    </w:p>
    <w:p w14:paraId="6ECE6D6E" w14:textId="10E71EED" w:rsidR="00F72CEB" w:rsidRPr="00B164FB" w:rsidRDefault="009704C4">
      <w:pPr>
        <w:jc w:val="center"/>
        <w:rPr>
          <w:rFonts w:ascii="Work Sans" w:hAnsi="Work Sans"/>
          <w:lang w:val="it-IT"/>
        </w:rPr>
      </w:pPr>
      <w:r w:rsidRPr="00B164FB">
        <w:rPr>
          <w:rFonts w:ascii="Work Sans" w:hAnsi="Work Sans"/>
          <w:color w:val="666666"/>
          <w:sz w:val="17"/>
          <w:lang w:val="it-IT"/>
        </w:rPr>
        <w:t>Artt. 46 e 47 D.P.R. 445/2000 - art. 52 D.Lgs. 36/2023 -</w:t>
      </w:r>
      <w:r w:rsidR="00280B5B">
        <w:rPr>
          <w:rFonts w:ascii="Work Sans" w:hAnsi="Work Sans"/>
          <w:color w:val="666666"/>
          <w:sz w:val="17"/>
          <w:lang w:val="it-IT"/>
        </w:rPr>
        <w:t xml:space="preserve"> Tracciabilità conto corrente dedicato</w:t>
      </w:r>
    </w:p>
    <w:p w14:paraId="7650E354" w14:textId="77777777" w:rsidR="007068BE" w:rsidRPr="00B164FB" w:rsidRDefault="007068BE">
      <w:pPr>
        <w:pStyle w:val="Section"/>
        <w:spacing w:after="60"/>
        <w:rPr>
          <w:rFonts w:ascii="Work Sans" w:hAnsi="Work Sans"/>
          <w:lang w:val="it-IT"/>
        </w:rPr>
      </w:pPr>
    </w:p>
    <w:p w14:paraId="075AD6CF" w14:textId="1BED3682" w:rsidR="00F72CEB" w:rsidRPr="00B164FB" w:rsidRDefault="009704C4">
      <w:pPr>
        <w:pStyle w:val="Section"/>
        <w:spacing w:after="60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DATI DEL DICHIARANTE E DELL’OPERATORE ECONOMICO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F72CEB" w:rsidRPr="00B164FB" w14:paraId="692A7981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EF7C4B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Dichiarante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8032D1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Nome e cognome ___________________________________________________________</w:t>
            </w:r>
          </w:p>
        </w:tc>
      </w:tr>
      <w:tr w:rsidR="00F72CEB" w:rsidRPr="00B164FB" w14:paraId="7CBF7925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43430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Codice fiscale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2E59C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____________________________   nato/a a ____________________ il ____________</w:t>
            </w:r>
          </w:p>
        </w:tc>
      </w:tr>
      <w:tr w:rsidR="00F72CEB" w:rsidRPr="00B46A9D" w14:paraId="596BFBD3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77ACC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Qualifica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ED5C7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titolare   </w:t>
            </w: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legale rappresentante   </w:t>
            </w: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procuratore   </w:t>
            </w: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altro ______________</w:t>
            </w:r>
          </w:p>
        </w:tc>
      </w:tr>
      <w:tr w:rsidR="00F72CEB" w:rsidRPr="00B164FB" w14:paraId="70B5AE6C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8A0E6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Operatore economico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169D3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Denominazione / ragione sociale ___________________________________________</w:t>
            </w:r>
          </w:p>
        </w:tc>
      </w:tr>
      <w:tr w:rsidR="00F72CEB" w:rsidRPr="00B164FB" w14:paraId="0CFC8CE4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15F39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CF / P. IVA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EB618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CF ____________________________   P. IVA ______________________________</w:t>
            </w:r>
          </w:p>
        </w:tc>
      </w:tr>
      <w:tr w:rsidR="00F72CEB" w:rsidRPr="00B164FB" w14:paraId="204D6C76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B5B5F5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b/>
                <w:sz w:val="18"/>
              </w:rPr>
              <w:t>Sede / PEC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125B83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Sede _________________________________   PEC ______________________________</w:t>
            </w:r>
          </w:p>
        </w:tc>
      </w:tr>
    </w:tbl>
    <w:p w14:paraId="042B09E3" w14:textId="77777777" w:rsidR="00B164FB" w:rsidRDefault="00B164FB">
      <w:pPr>
        <w:spacing w:before="140"/>
        <w:rPr>
          <w:rFonts w:ascii="Work Sans" w:hAnsi="Work Sans"/>
          <w:b/>
          <w:lang w:val="it-IT"/>
        </w:rPr>
      </w:pPr>
    </w:p>
    <w:p w14:paraId="5546A35D" w14:textId="498B683F" w:rsidR="00F72CEB" w:rsidRPr="00B164FB" w:rsidRDefault="009704C4" w:rsidP="00B164FB">
      <w:pPr>
        <w:spacing w:before="140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b/>
          <w:lang w:val="it-IT"/>
        </w:rPr>
        <w:t xml:space="preserve">Il/La sottoscritto/a, </w:t>
      </w:r>
      <w:r w:rsidRPr="00B164FB">
        <w:rPr>
          <w:rFonts w:ascii="Work Sans" w:hAnsi="Work Sans"/>
          <w:lang w:val="it-IT"/>
        </w:rPr>
        <w:t>consapevole delle responsabilità e delle sanzioni previste dall’art. 76 del D.P.R. 445/2000 in caso di dichiarazioni mendaci, ai sensi degli artt. 46 e 47 del medesimo decreto,</w:t>
      </w:r>
    </w:p>
    <w:p w14:paraId="11F5FEFB" w14:textId="77777777" w:rsidR="00F72CEB" w:rsidRPr="00B164FB" w:rsidRDefault="009704C4" w:rsidP="00C2268C">
      <w:pPr>
        <w:jc w:val="center"/>
        <w:rPr>
          <w:rFonts w:ascii="Work Sans" w:hAnsi="Work Sans"/>
          <w:lang w:val="it-IT"/>
        </w:rPr>
      </w:pPr>
      <w:r w:rsidRPr="00B164FB">
        <w:rPr>
          <w:rFonts w:ascii="Work Sans" w:hAnsi="Work Sans"/>
          <w:b/>
          <w:sz w:val="22"/>
          <w:lang w:val="it-IT"/>
        </w:rPr>
        <w:t>DICHIARA</w:t>
      </w:r>
    </w:p>
    <w:p w14:paraId="432797D6" w14:textId="77777777" w:rsidR="00FB498A" w:rsidRDefault="00FB498A" w:rsidP="00B164FB">
      <w:pPr>
        <w:pStyle w:val="Section"/>
        <w:jc w:val="both"/>
        <w:rPr>
          <w:rFonts w:ascii="Work Sans" w:hAnsi="Work Sans"/>
          <w:lang w:val="it-IT"/>
        </w:rPr>
      </w:pPr>
    </w:p>
    <w:p w14:paraId="25438EA5" w14:textId="7488E78A" w:rsidR="00F72CEB" w:rsidRPr="00383514" w:rsidRDefault="009704C4" w:rsidP="00B164FB">
      <w:pPr>
        <w:pStyle w:val="Section"/>
        <w:jc w:val="both"/>
        <w:rPr>
          <w:rFonts w:ascii="Work Sans" w:hAnsi="Work Sans"/>
          <w:sz w:val="16"/>
          <w:szCs w:val="16"/>
          <w:lang w:val="it-IT"/>
        </w:rPr>
      </w:pPr>
      <w:r w:rsidRPr="00B164FB">
        <w:rPr>
          <w:rFonts w:ascii="Work Sans" w:hAnsi="Work Sans"/>
          <w:lang w:val="it-IT"/>
        </w:rPr>
        <w:t>1. Requisiti di partecipazione e qualificazione</w:t>
      </w:r>
      <w:r w:rsidR="00CC41D5">
        <w:rPr>
          <w:rFonts w:ascii="Work Sans" w:hAnsi="Work Sans"/>
          <w:lang w:val="it-IT"/>
        </w:rPr>
        <w:t xml:space="preserve"> </w:t>
      </w:r>
      <w:r w:rsidR="00383514" w:rsidRPr="00383514">
        <w:rPr>
          <w:sz w:val="16"/>
          <w:szCs w:val="16"/>
          <w:lang w:val="it-IT"/>
        </w:rPr>
        <w:t>(è obbligatorio selezionare entrambe le prime due opzioni)</w:t>
      </w:r>
    </w:p>
    <w:p w14:paraId="2BC410E8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che l’operatore economico possiede tutti i requisiti di partecipazione e di qualificazione richiesti dalla stazione appaltante per il presente affidamento;</w:t>
      </w:r>
    </w:p>
    <w:p w14:paraId="1BC95A44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 xml:space="preserve">che </w:t>
      </w:r>
      <w:r w:rsidRPr="005B05BA">
        <w:rPr>
          <w:rFonts w:ascii="Work Sans" w:hAnsi="Work Sans"/>
          <w:b/>
          <w:bCs/>
          <w:lang w:val="it-IT"/>
        </w:rPr>
        <w:t>non ricorrono le cause di esclusione di cui agli artt. 94 e 95 del D.Lgs. 36/2023</w:t>
      </w:r>
      <w:r w:rsidRPr="00B164FB">
        <w:rPr>
          <w:rFonts w:ascii="Work Sans" w:hAnsi="Work Sans"/>
          <w:lang w:val="it-IT"/>
        </w:rPr>
        <w:t>, tenuto conto degli artt. 96, 97 e 98, anche con riferimento ai soggetti di cui all’art. 94, comma 3, per quanto di propria conoscenza;</w:t>
      </w:r>
    </w:p>
    <w:p w14:paraId="1698AF35" w14:textId="55A584E1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che i dati e le dichiarazioni rilevanti già presenti sulla piattaforma o nel FVOE sono aggiornati, salvo quanto espressamente indicato di seguito</w:t>
      </w:r>
      <w:r w:rsidR="007068BE" w:rsidRPr="00B164FB">
        <w:rPr>
          <w:rFonts w:ascii="Work Sans" w:hAnsi="Work Sans"/>
          <w:lang w:val="it-IT"/>
        </w:rPr>
        <w:t xml:space="preserve"> (solo in caso di affidamenti tramite MEPA)</w:t>
      </w:r>
    </w:p>
    <w:p w14:paraId="49E788F3" w14:textId="77777777" w:rsidR="007068BE" w:rsidRPr="00B164FB" w:rsidRDefault="007068BE">
      <w:pPr>
        <w:pStyle w:val="Checkbox"/>
        <w:ind w:left="85" w:hanging="85"/>
        <w:rPr>
          <w:rFonts w:ascii="Work Sans" w:hAnsi="Work Sans"/>
          <w:lang w:val="it-IT"/>
        </w:rPr>
      </w:pPr>
    </w:p>
    <w:p w14:paraId="7A86492F" w14:textId="77777777" w:rsidR="00F72CEB" w:rsidRPr="00B164FB" w:rsidRDefault="009704C4">
      <w:pPr>
        <w:pStyle w:val="Small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Eventuali circostanze / misure di self-cleaning: ______________________________________________________________</w:t>
      </w:r>
    </w:p>
    <w:p w14:paraId="5C564459" w14:textId="77777777" w:rsidR="00FB498A" w:rsidRDefault="00FB498A">
      <w:pPr>
        <w:pStyle w:val="Section"/>
        <w:rPr>
          <w:rFonts w:ascii="Work Sans" w:hAnsi="Work Sans"/>
          <w:lang w:val="it-IT"/>
        </w:rPr>
      </w:pPr>
    </w:p>
    <w:p w14:paraId="0CB2947A" w14:textId="45B2182D" w:rsidR="00F72CEB" w:rsidRPr="00B164FB" w:rsidRDefault="009704C4">
      <w:pPr>
        <w:pStyle w:val="Section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2. Divieto di pantouflage</w:t>
      </w:r>
    </w:p>
    <w:p w14:paraId="39F6BE4C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L’operatore economico non ha concluso contratti di lavoro subordinato o autonomo e non ha attribuito incarichi, in violazione dell’art. 53, comma 16-ter, del D.Lgs. 165/2001, a ex dipendenti di pubbliche amministrazioni che, negli ultimi tre anni di servizio, abbiano esercitato poteri autoritativi o negoziali nei suoi confronti, durante il triennio successivo alla cessazione del rapporto.</w:t>
      </w:r>
    </w:p>
    <w:p w14:paraId="6783C890" w14:textId="77777777" w:rsidR="00FB498A" w:rsidRDefault="00FB498A" w:rsidP="00B164FB">
      <w:pPr>
        <w:pStyle w:val="Section"/>
        <w:jc w:val="both"/>
        <w:rPr>
          <w:rFonts w:ascii="Work Sans" w:hAnsi="Work Sans"/>
          <w:lang w:val="it-IT"/>
        </w:rPr>
      </w:pPr>
    </w:p>
    <w:p w14:paraId="49EF495E" w14:textId="53C92B02" w:rsidR="00F72CEB" w:rsidRPr="00B164FB" w:rsidRDefault="009704C4" w:rsidP="00B164FB">
      <w:pPr>
        <w:pStyle w:val="Section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3. Conflitto di interessi</w:t>
      </w:r>
    </w:p>
    <w:p w14:paraId="7BDE7A3B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Per quanto a propria conoscenza, non sussistono situazioni o relazioni riferibili all’operatore economico che determinino, nella presente procedura, un conflitto di interessi non altrimenti risolvibile ai sensi degli artt. 16 e 95, comma 1, lettera b), del D.Lgs. 36/2023.</w:t>
      </w:r>
    </w:p>
    <w:p w14:paraId="21041688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È invece necessario sottoporre alla stazione appaltante la seguente circostanza: ____________________________________________</w:t>
      </w:r>
    </w:p>
    <w:p w14:paraId="1D80083F" w14:textId="77777777" w:rsidR="00FB498A" w:rsidRDefault="00FB498A" w:rsidP="00B164FB">
      <w:pPr>
        <w:pStyle w:val="Section"/>
        <w:jc w:val="both"/>
        <w:rPr>
          <w:rFonts w:ascii="Work Sans" w:hAnsi="Work Sans"/>
          <w:lang w:val="it-IT"/>
        </w:rPr>
      </w:pPr>
    </w:p>
    <w:p w14:paraId="34E124DE" w14:textId="1BAED723" w:rsidR="00F72CEB" w:rsidRPr="00B164FB" w:rsidRDefault="009704C4" w:rsidP="00B164FB">
      <w:pPr>
        <w:pStyle w:val="Section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4. Patto di integrità e Codice etico e di comportamento UniPG</w:t>
      </w:r>
    </w:p>
    <w:p w14:paraId="3C501ABC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L’operatore economico dichiara di avere preso visione e di accettare il Patto di integrità dell’Università degli Studi di Perugia e si impegna a osservare, per quanto compatibili, il D.P.R. 62/2013 e il Codice etico e di comportamento dell’Ateneo.</w:t>
      </w:r>
    </w:p>
    <w:p w14:paraId="4AA79FEB" w14:textId="77777777" w:rsidR="00FB498A" w:rsidRDefault="00FB498A">
      <w:pPr>
        <w:pStyle w:val="Section"/>
        <w:rPr>
          <w:rFonts w:ascii="Work Sans" w:hAnsi="Work Sans"/>
          <w:lang w:val="it-IT"/>
        </w:rPr>
      </w:pPr>
    </w:p>
    <w:p w14:paraId="681E8014" w14:textId="13F21F4E" w:rsidR="00F72CEB" w:rsidRPr="00B164FB" w:rsidRDefault="009704C4">
      <w:pPr>
        <w:pStyle w:val="Section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5. CCNL applicabile</w:t>
      </w:r>
    </w:p>
    <w:p w14:paraId="75245AAD" w14:textId="77777777" w:rsidR="00F72CEB" w:rsidRPr="00B164FB" w:rsidRDefault="009704C4">
      <w:pPr>
        <w:pStyle w:val="Small"/>
        <w:rPr>
          <w:rFonts w:ascii="Work Sans" w:hAnsi="Work Sans"/>
          <w:lang w:val="it-IT"/>
        </w:rPr>
      </w:pPr>
      <w:r w:rsidRPr="00B164FB">
        <w:rPr>
          <w:rFonts w:ascii="Work Sans" w:hAnsi="Work Sans"/>
          <w:i/>
          <w:lang w:val="it-IT"/>
        </w:rPr>
        <w:t>Compilare per lavori, servizi non intellettuali e forniture con posa o attività esecutive.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F72CEB" w:rsidRPr="00B164FB" w14:paraId="00068543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78FC5" w14:textId="64E9EA95" w:rsidR="00F72CEB" w:rsidRPr="009704C4" w:rsidRDefault="009704C4">
            <w:pPr>
              <w:spacing w:after="0" w:line="240" w:lineRule="auto"/>
              <w:rPr>
                <w:rFonts w:ascii="Work Sans" w:hAnsi="Work Sans"/>
                <w:bCs/>
              </w:rPr>
            </w:pPr>
            <w:r w:rsidRPr="009704C4">
              <w:rPr>
                <w:rFonts w:ascii="Work Sans" w:hAnsi="Work Sans"/>
                <w:bCs/>
                <w:sz w:val="18"/>
              </w:rPr>
              <w:t xml:space="preserve">CCNL </w:t>
            </w:r>
            <w:r w:rsidR="007068BE" w:rsidRPr="009704C4">
              <w:rPr>
                <w:rFonts w:ascii="Work Sans" w:hAnsi="Work Sans"/>
                <w:bCs/>
                <w:sz w:val="18"/>
              </w:rPr>
              <w:t>di settore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321DA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  <w:sz w:val="18"/>
              </w:rPr>
              <w:t>Denominazione ______________________________   Codice CNEL __________________</w:t>
            </w:r>
          </w:p>
        </w:tc>
      </w:tr>
      <w:tr w:rsidR="00F72CEB" w:rsidRPr="00B46A9D" w14:paraId="13215427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2FF62" w14:textId="77777777" w:rsidR="00F72CEB" w:rsidRPr="009704C4" w:rsidRDefault="009704C4">
            <w:pPr>
              <w:spacing w:after="0" w:line="240" w:lineRule="auto"/>
              <w:rPr>
                <w:rFonts w:ascii="Work Sans" w:hAnsi="Work Sans"/>
                <w:bCs/>
              </w:rPr>
            </w:pPr>
            <w:r w:rsidRPr="009704C4">
              <w:rPr>
                <w:rFonts w:ascii="Work Sans" w:hAnsi="Work Sans"/>
                <w:bCs/>
                <w:sz w:val="18"/>
              </w:rPr>
              <w:t>Scelta dell’operatore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C143D" w14:textId="5AB0749F" w:rsidR="00F72CEB" w:rsidRPr="00B164FB" w:rsidRDefault="009704C4">
            <w:pPr>
              <w:spacing w:after="0" w:line="240" w:lineRule="auto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applica il CCNL </w:t>
            </w:r>
            <w:r w:rsidR="007068BE" w:rsidRPr="00B164FB">
              <w:rPr>
                <w:rFonts w:ascii="Work Sans" w:hAnsi="Work Sans"/>
                <w:sz w:val="18"/>
                <w:lang w:val="it-IT"/>
              </w:rPr>
              <w:t>di settore</w:t>
            </w:r>
          </w:p>
        </w:tc>
      </w:tr>
      <w:tr w:rsidR="00F72CEB" w:rsidRPr="00B46A9D" w14:paraId="3AC8D040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62454" w14:textId="77777777" w:rsidR="00F72CEB" w:rsidRPr="009704C4" w:rsidRDefault="009704C4">
            <w:pPr>
              <w:spacing w:after="0" w:line="240" w:lineRule="auto"/>
              <w:rPr>
                <w:rFonts w:ascii="Work Sans" w:hAnsi="Work Sans"/>
                <w:bCs/>
              </w:rPr>
            </w:pPr>
            <w:r w:rsidRPr="009704C4">
              <w:rPr>
                <w:rFonts w:ascii="Work Sans" w:hAnsi="Work Sans"/>
                <w:bCs/>
                <w:sz w:val="18"/>
              </w:rPr>
              <w:t>CCNL differente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C5AEC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applica il CCNL __________________________ codice CNEL __________ e allega dichiarazione di equivalenza delle tutele</w:t>
            </w:r>
          </w:p>
        </w:tc>
      </w:tr>
      <w:tr w:rsidR="00F72CEB" w:rsidRPr="00B46A9D" w14:paraId="1BC334CB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E9F549" w14:textId="77777777" w:rsidR="00F72CEB" w:rsidRPr="009704C4" w:rsidRDefault="009704C4">
            <w:pPr>
              <w:spacing w:after="0" w:line="240" w:lineRule="auto"/>
              <w:rPr>
                <w:rFonts w:ascii="Work Sans" w:hAnsi="Work Sans"/>
                <w:bCs/>
              </w:rPr>
            </w:pPr>
            <w:r w:rsidRPr="009704C4">
              <w:rPr>
                <w:rFonts w:ascii="Work Sans" w:hAnsi="Work Sans"/>
                <w:bCs/>
                <w:sz w:val="18"/>
              </w:rPr>
              <w:t>Nessun personale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73CE6E" w14:textId="77777777" w:rsidR="00F72CEB" w:rsidRPr="00B164FB" w:rsidRDefault="009704C4">
            <w:pPr>
              <w:spacing w:after="0" w:line="240" w:lineRule="auto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non impiega personale nell’esecuzione diretta della prestazione</w:t>
            </w:r>
          </w:p>
        </w:tc>
      </w:tr>
      <w:tr w:rsidR="00F72CEB" w:rsidRPr="00B46A9D" w14:paraId="1CF1D6F0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D19A1" w14:textId="77777777" w:rsidR="00F72CEB" w:rsidRPr="009704C4" w:rsidRDefault="009704C4">
            <w:pPr>
              <w:spacing w:after="0" w:line="240" w:lineRule="auto"/>
              <w:rPr>
                <w:rFonts w:ascii="Work Sans" w:hAnsi="Work Sans"/>
                <w:bCs/>
              </w:rPr>
            </w:pPr>
            <w:r w:rsidRPr="009704C4">
              <w:rPr>
                <w:rFonts w:ascii="Work Sans" w:hAnsi="Work Sans"/>
                <w:bCs/>
                <w:sz w:val="18"/>
              </w:rPr>
              <w:t>Non applicabile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5CECB7" w14:textId="1CB00A07" w:rsidR="00F72CEB" w:rsidRPr="00B164FB" w:rsidRDefault="009704C4">
            <w:pPr>
              <w:spacing w:after="0" w:line="240" w:lineRule="auto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mera fornitura </w:t>
            </w:r>
            <w:r w:rsidR="00FC2ED0">
              <w:rPr>
                <w:rFonts w:ascii="Work Sans" w:hAnsi="Work Sans"/>
                <w:sz w:val="18"/>
                <w:lang w:val="it-IT"/>
              </w:rPr>
              <w:t xml:space="preserve">di beni 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senza posa </w:t>
            </w:r>
            <w:r w:rsidR="00FC2ED0">
              <w:rPr>
                <w:rFonts w:ascii="Work Sans" w:hAnsi="Work Sans"/>
                <w:sz w:val="18"/>
                <w:lang w:val="it-IT"/>
              </w:rPr>
              <w:t>in opera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</w:t>
            </w: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servizio intellettuale   </w:t>
            </w:r>
            <w:r w:rsidRPr="00B164FB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B164FB">
              <w:rPr>
                <w:rFonts w:ascii="Work Sans" w:hAnsi="Work Sans"/>
                <w:sz w:val="18"/>
                <w:lang w:val="it-IT"/>
              </w:rPr>
              <w:t xml:space="preserve"> altro __________________</w:t>
            </w:r>
          </w:p>
        </w:tc>
      </w:tr>
    </w:tbl>
    <w:p w14:paraId="7E8D75EE" w14:textId="77777777" w:rsidR="00FB498A" w:rsidRDefault="00FB498A">
      <w:pPr>
        <w:pStyle w:val="Section"/>
        <w:rPr>
          <w:rFonts w:ascii="Work Sans" w:hAnsi="Work Sans"/>
          <w:lang w:val="it-IT"/>
        </w:rPr>
      </w:pPr>
    </w:p>
    <w:p w14:paraId="04CF8058" w14:textId="418976CE" w:rsidR="00F72CEB" w:rsidRPr="00B164FB" w:rsidRDefault="009704C4">
      <w:pPr>
        <w:pStyle w:val="Section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6. Costi della manodopera</w:t>
      </w:r>
    </w:p>
    <w:p w14:paraId="277B6A91" w14:textId="0F9CE418" w:rsidR="00F72CEB" w:rsidRPr="009704C4" w:rsidRDefault="009704C4">
      <w:pPr>
        <w:pStyle w:val="Small"/>
        <w:spacing w:after="0"/>
        <w:rPr>
          <w:rFonts w:ascii="Work Sans" w:hAnsi="Work Sans"/>
          <w:sz w:val="18"/>
          <w:szCs w:val="18"/>
          <w:lang w:val="it-IT"/>
        </w:rPr>
      </w:pPr>
      <w:r w:rsidRPr="00B164FB">
        <w:rPr>
          <w:rFonts w:ascii="Work Sans" w:hAnsi="Work Sans"/>
          <w:sz w:val="19"/>
          <w:lang w:val="it-IT"/>
        </w:rPr>
        <w:t>Compilare una sola opzione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F72CEB" w:rsidRPr="00B46A9D" w14:paraId="098F0018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3F1CD" w14:textId="77777777" w:rsidR="00F72CEB" w:rsidRPr="009704C4" w:rsidRDefault="009704C4">
            <w:pPr>
              <w:spacing w:after="0"/>
              <w:rPr>
                <w:rFonts w:ascii="Work Sans" w:hAnsi="Work Sans"/>
                <w:sz w:val="18"/>
                <w:szCs w:val="18"/>
              </w:rPr>
            </w:pPr>
            <w:r w:rsidRPr="009704C4">
              <w:rPr>
                <w:rFonts w:ascii="Work Sans" w:hAnsi="Work Sans"/>
                <w:sz w:val="18"/>
                <w:szCs w:val="18"/>
              </w:rPr>
              <w:t>Costo quantificato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16FF" w14:textId="77777777" w:rsidR="00F72CEB" w:rsidRPr="009704C4" w:rsidRDefault="009704C4" w:rsidP="00B164FB">
            <w:pPr>
              <w:spacing w:after="0"/>
              <w:jc w:val="both"/>
              <w:rPr>
                <w:rFonts w:ascii="Work Sans" w:hAnsi="Work Sans"/>
                <w:sz w:val="18"/>
                <w:szCs w:val="18"/>
                <w:lang w:val="it-IT"/>
              </w:rPr>
            </w:pPr>
            <w:r w:rsidRPr="009704C4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 € ____________________. Il costo della manodopera riferibile alla prestazione è determinato secondo la propria organizzazione aziendale e i criteri ordinariamente utilizzati dall’impresa.</w:t>
            </w:r>
          </w:p>
        </w:tc>
      </w:tr>
      <w:tr w:rsidR="00F72CEB" w:rsidRPr="00B46A9D" w14:paraId="7699AD0C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348D2" w14:textId="77777777" w:rsidR="00F72CEB" w:rsidRPr="009704C4" w:rsidRDefault="009704C4">
            <w:pPr>
              <w:spacing w:after="0"/>
              <w:rPr>
                <w:rFonts w:ascii="Work Sans" w:hAnsi="Work Sans"/>
                <w:sz w:val="18"/>
                <w:szCs w:val="18"/>
              </w:rPr>
            </w:pPr>
            <w:r w:rsidRPr="009704C4">
              <w:rPr>
                <w:rFonts w:ascii="Work Sans" w:hAnsi="Work Sans"/>
                <w:sz w:val="18"/>
                <w:szCs w:val="18"/>
              </w:rPr>
              <w:t>Prestazione standardizzata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D91A7" w14:textId="77777777" w:rsidR="00F72CEB" w:rsidRPr="009704C4" w:rsidRDefault="009704C4" w:rsidP="00B164FB">
            <w:pPr>
              <w:spacing w:after="0"/>
              <w:jc w:val="both"/>
              <w:rPr>
                <w:rFonts w:ascii="Work Sans" w:hAnsi="Work Sans"/>
                <w:sz w:val="18"/>
                <w:szCs w:val="18"/>
                <w:lang w:val="it-IT"/>
              </w:rPr>
            </w:pPr>
            <w:r w:rsidRPr="009704C4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 Non è tecnicamente possibile imputare alla singola commessa uno specifico costo della manodopera, trattandosi di prestazione resa a condizioni standardizzate nell’ordinaria attività aziendale, con personale promiscuamente impiegato per la generalità della clientela. Il prezzo offerto è comunque determinato nel rispetto del CCNL applicabile e dei relativi minimi retributivi.</w:t>
            </w:r>
          </w:p>
        </w:tc>
      </w:tr>
      <w:tr w:rsidR="00F72CEB" w:rsidRPr="00B46A9D" w14:paraId="44635460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0AF75" w14:textId="77777777" w:rsidR="00F72CEB" w:rsidRPr="009704C4" w:rsidRDefault="009704C4">
            <w:pPr>
              <w:spacing w:after="0"/>
              <w:rPr>
                <w:rFonts w:ascii="Work Sans" w:hAnsi="Work Sans"/>
                <w:sz w:val="18"/>
                <w:szCs w:val="18"/>
              </w:rPr>
            </w:pPr>
            <w:r w:rsidRPr="009704C4">
              <w:rPr>
                <w:rFonts w:ascii="Work Sans" w:hAnsi="Work Sans"/>
                <w:sz w:val="18"/>
                <w:szCs w:val="18"/>
              </w:rPr>
              <w:t>Indicazione non dovuta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A7C5FD" w14:textId="6FFA8AE5" w:rsidR="00F72CEB" w:rsidRPr="009704C4" w:rsidRDefault="009704C4" w:rsidP="00B164FB">
            <w:pPr>
              <w:spacing w:after="0"/>
              <w:jc w:val="both"/>
              <w:rPr>
                <w:rFonts w:ascii="Work Sans" w:hAnsi="Work Sans"/>
                <w:sz w:val="18"/>
                <w:szCs w:val="18"/>
                <w:lang w:val="it-IT"/>
              </w:rPr>
            </w:pPr>
            <w:r w:rsidRPr="009704C4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 Ai sensi dell’art. 108, comma 9, D.Lgs. 36/2023, trattandosi di: </w:t>
            </w:r>
            <w:r w:rsidRPr="009704C4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 fornitura </w:t>
            </w:r>
            <w:r w:rsidR="000D1494"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di beni 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senza posa in opera </w:t>
            </w:r>
            <w:r w:rsidRPr="009704C4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9704C4">
              <w:rPr>
                <w:rFonts w:ascii="Work Sans" w:hAnsi="Work Sans"/>
                <w:sz w:val="18"/>
                <w:szCs w:val="18"/>
                <w:lang w:val="it-IT"/>
              </w:rPr>
              <w:t xml:space="preserve"> servizio di natura intellettuale.</w:t>
            </w:r>
          </w:p>
        </w:tc>
      </w:tr>
    </w:tbl>
    <w:p w14:paraId="360C97C0" w14:textId="77777777" w:rsidR="007068BE" w:rsidRPr="000D1494" w:rsidRDefault="007068BE">
      <w:pPr>
        <w:pStyle w:val="Checkbox"/>
        <w:spacing w:after="0"/>
        <w:ind w:left="85" w:hanging="85"/>
        <w:rPr>
          <w:rFonts w:ascii="Work Sans" w:hAnsi="Work Sans"/>
          <w:b/>
          <w:color w:val="1F4E79"/>
          <w:lang w:val="it-IT"/>
        </w:rPr>
      </w:pPr>
    </w:p>
    <w:p w14:paraId="33C6F14F" w14:textId="77777777" w:rsidR="00FB498A" w:rsidRDefault="00FB498A">
      <w:pPr>
        <w:pStyle w:val="Checkbox"/>
        <w:spacing w:after="0"/>
        <w:ind w:left="85" w:hanging="85"/>
        <w:rPr>
          <w:rFonts w:ascii="Work Sans" w:hAnsi="Work Sans"/>
          <w:b/>
          <w:color w:val="1F4E79"/>
          <w:lang w:val="it-IT"/>
        </w:rPr>
      </w:pPr>
    </w:p>
    <w:p w14:paraId="31A8C789" w14:textId="2ECAC3D1" w:rsidR="00F72CEB" w:rsidRPr="00B743BB" w:rsidRDefault="007068BE">
      <w:pPr>
        <w:pStyle w:val="Checkbox"/>
        <w:spacing w:after="0"/>
        <w:ind w:left="85" w:hanging="85"/>
        <w:rPr>
          <w:rFonts w:ascii="Work Sans" w:hAnsi="Work Sans"/>
          <w:b/>
          <w:color w:val="1F4E79"/>
          <w:sz w:val="22"/>
          <w:lang w:val="it-IT"/>
        </w:rPr>
      </w:pPr>
      <w:r w:rsidRPr="00B743BB">
        <w:rPr>
          <w:rFonts w:ascii="Work Sans" w:hAnsi="Work Sans"/>
          <w:b/>
          <w:color w:val="1F4E79"/>
          <w:sz w:val="22"/>
          <w:lang w:val="it-IT"/>
        </w:rPr>
        <w:t xml:space="preserve">7. Oneri aziendali di sicurezza </w:t>
      </w:r>
    </w:p>
    <w:p w14:paraId="0745F20E" w14:textId="04BBB160" w:rsidR="007068BE" w:rsidRPr="00B164FB" w:rsidRDefault="007068BE" w:rsidP="007068BE">
      <w:pPr>
        <w:pStyle w:val="Small"/>
        <w:spacing w:after="0"/>
        <w:rPr>
          <w:rFonts w:ascii="Work Sans" w:hAnsi="Work Sans"/>
          <w:lang w:val="it-IT"/>
        </w:rPr>
      </w:pPr>
      <w:r w:rsidRPr="00B164FB">
        <w:rPr>
          <w:rFonts w:ascii="Work Sans" w:hAnsi="Work Sans"/>
          <w:sz w:val="19"/>
          <w:lang w:val="it-IT"/>
        </w:rPr>
        <w:t xml:space="preserve">Compilare </w:t>
      </w:r>
      <w:r w:rsidR="00E9588D">
        <w:rPr>
          <w:rFonts w:ascii="Work Sans" w:hAnsi="Work Sans"/>
          <w:sz w:val="19"/>
          <w:lang w:val="it-IT"/>
        </w:rPr>
        <w:t xml:space="preserve">una </w:t>
      </w:r>
      <w:r w:rsidRPr="00B164FB">
        <w:rPr>
          <w:rFonts w:ascii="Work Sans" w:hAnsi="Work Sans"/>
          <w:sz w:val="19"/>
          <w:lang w:val="it-IT"/>
        </w:rPr>
        <w:t xml:space="preserve">sola opzione 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F72CEB" w:rsidRPr="00B46A9D" w14:paraId="3BFD79A0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B9263" w14:textId="77777777" w:rsidR="00F72CEB" w:rsidRPr="00B164FB" w:rsidRDefault="009704C4">
            <w:pPr>
              <w:spacing w:after="0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</w:rPr>
              <w:t>Oneri quantificati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B9B9B" w14:textId="77777777" w:rsidR="00F72CEB" w:rsidRPr="00B164FB" w:rsidRDefault="009704C4" w:rsidP="00B164FB">
            <w:pPr>
              <w:spacing w:after="0"/>
              <w:jc w:val="both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lang w:val="it-IT"/>
              </w:rPr>
              <w:t>☐</w:t>
            </w:r>
            <w:r w:rsidRPr="00B164FB">
              <w:rPr>
                <w:rFonts w:ascii="Work Sans" w:hAnsi="Work Sans"/>
                <w:lang w:val="it-IT"/>
              </w:rPr>
              <w:t xml:space="preserve"> € ____________________. Oneri aziendali per l’adempimento delle disposizioni in materia di salute e sicurezza sui luoghi di lavoro riferibili alla prestazione.</w:t>
            </w:r>
          </w:p>
        </w:tc>
      </w:tr>
      <w:tr w:rsidR="00F72CEB" w:rsidRPr="00B46A9D" w14:paraId="439C4210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2FD3C2" w14:textId="77777777" w:rsidR="00F72CEB" w:rsidRPr="00B164FB" w:rsidRDefault="009704C4">
            <w:pPr>
              <w:spacing w:after="0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</w:rPr>
              <w:t>Prestazione standardizzata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B6AC7" w14:textId="77777777" w:rsidR="00F72CEB" w:rsidRPr="00B164FB" w:rsidRDefault="009704C4" w:rsidP="00B164FB">
            <w:pPr>
              <w:spacing w:after="0"/>
              <w:jc w:val="both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lang w:val="it-IT"/>
              </w:rPr>
              <w:t>☐</w:t>
            </w:r>
            <w:r w:rsidRPr="00B164FB">
              <w:rPr>
                <w:rFonts w:ascii="Work Sans" w:hAnsi="Work Sans"/>
                <w:lang w:val="it-IT"/>
              </w:rPr>
              <w:t xml:space="preserve"> Non è tecnicamente possibile imputare alla singola commessa uno specifico importo, trattandosi di prestazione resa nell’ordinaria attività aziendale con personale e misure di sicurezza comuni alla generalità della clientela. Il prezzo offerto tiene comunque conto degli oneri sostenuti dall’impresa per gli obblighi di salute e sicurezza sul lavoro.</w:t>
            </w:r>
          </w:p>
        </w:tc>
      </w:tr>
      <w:tr w:rsidR="00F72CEB" w:rsidRPr="00B46A9D" w14:paraId="25DC7218" w14:textId="77777777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F3DB2" w14:textId="77777777" w:rsidR="00F72CEB" w:rsidRPr="00B164FB" w:rsidRDefault="009704C4">
            <w:pPr>
              <w:spacing w:after="0"/>
              <w:rPr>
                <w:rFonts w:ascii="Work Sans" w:hAnsi="Work Sans"/>
              </w:rPr>
            </w:pPr>
            <w:r w:rsidRPr="00B164FB">
              <w:rPr>
                <w:rFonts w:ascii="Work Sans" w:hAnsi="Work Sans"/>
              </w:rPr>
              <w:t>Indicazione non dovuta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0EC65B" w14:textId="08C166B2" w:rsidR="00F72CEB" w:rsidRPr="00B164FB" w:rsidRDefault="009704C4" w:rsidP="00B164FB">
            <w:pPr>
              <w:spacing w:after="0"/>
              <w:jc w:val="both"/>
              <w:rPr>
                <w:rFonts w:ascii="Work Sans" w:hAnsi="Work Sans"/>
                <w:lang w:val="it-IT"/>
              </w:rPr>
            </w:pPr>
            <w:r w:rsidRPr="00B164FB">
              <w:rPr>
                <w:rFonts w:ascii="Segoe UI Symbol" w:hAnsi="Segoe UI Symbol" w:cs="Segoe UI Symbol"/>
                <w:lang w:val="it-IT"/>
              </w:rPr>
              <w:t>☐</w:t>
            </w:r>
            <w:r w:rsidRPr="00B164FB">
              <w:rPr>
                <w:rFonts w:ascii="Work Sans" w:hAnsi="Work Sans"/>
                <w:lang w:val="it-IT"/>
              </w:rPr>
              <w:t xml:space="preserve"> Ai sensi dell’art. 108, comma 9, D.Lgs. 36/2023, trattandosi di: </w:t>
            </w:r>
            <w:r w:rsidRPr="00B164FB">
              <w:rPr>
                <w:rFonts w:ascii="Segoe UI Symbol" w:hAnsi="Segoe UI Symbol" w:cs="Segoe UI Symbol"/>
                <w:lang w:val="it-IT"/>
              </w:rPr>
              <w:t>☐</w:t>
            </w:r>
            <w:r w:rsidRPr="00B164FB">
              <w:rPr>
                <w:rFonts w:ascii="Work Sans" w:hAnsi="Work Sans"/>
                <w:lang w:val="it-IT"/>
              </w:rPr>
              <w:t xml:space="preserve"> fornitura senza posa in opera   </w:t>
            </w:r>
            <w:r w:rsidRPr="00B164FB">
              <w:rPr>
                <w:rFonts w:ascii="Segoe UI Symbol" w:hAnsi="Segoe UI Symbol" w:cs="Segoe UI Symbol"/>
                <w:lang w:val="it-IT"/>
              </w:rPr>
              <w:t>☐</w:t>
            </w:r>
            <w:r w:rsidRPr="00B164FB">
              <w:rPr>
                <w:rFonts w:ascii="Work Sans" w:hAnsi="Work Sans"/>
                <w:lang w:val="it-IT"/>
              </w:rPr>
              <w:t xml:space="preserve"> servizio di natura intellettuale.</w:t>
            </w:r>
          </w:p>
        </w:tc>
      </w:tr>
    </w:tbl>
    <w:p w14:paraId="73B88489" w14:textId="77777777" w:rsidR="00FB498A" w:rsidRDefault="00FB498A" w:rsidP="00B164FB">
      <w:pPr>
        <w:pStyle w:val="Section"/>
        <w:jc w:val="both"/>
        <w:rPr>
          <w:rFonts w:ascii="Work Sans" w:hAnsi="Work Sans"/>
          <w:lang w:val="it-IT"/>
        </w:rPr>
      </w:pPr>
    </w:p>
    <w:p w14:paraId="1511BED0" w14:textId="72244002" w:rsidR="00F72CEB" w:rsidRPr="00B164FB" w:rsidRDefault="007068BE" w:rsidP="00B164FB">
      <w:pPr>
        <w:pStyle w:val="Section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8</w:t>
      </w:r>
      <w:r w:rsidR="009704C4" w:rsidRPr="00B164FB">
        <w:rPr>
          <w:rFonts w:ascii="Work Sans" w:hAnsi="Work Sans"/>
          <w:lang w:val="it-IT"/>
        </w:rPr>
        <w:t>. Subappalto</w:t>
      </w:r>
    </w:p>
    <w:p w14:paraId="64D1FEF6" w14:textId="77777777" w:rsidR="00F72CEB" w:rsidRPr="00B164F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L’operatore non intende ricorrere al subappalto.</w:t>
      </w:r>
    </w:p>
    <w:p w14:paraId="672F158E" w14:textId="1D42AE07" w:rsidR="00F72CEB" w:rsidRDefault="009704C4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b/>
          <w:lang w:val="it-IT"/>
        </w:rPr>
        <w:lastRenderedPageBreak/>
        <w:t>☐</w:t>
      </w:r>
      <w:r w:rsidRPr="00B164FB">
        <w:rPr>
          <w:rFonts w:ascii="Work Sans" w:hAnsi="Work Sans"/>
          <w:b/>
          <w:lang w:val="it-IT"/>
        </w:rPr>
        <w:t xml:space="preserve"> </w:t>
      </w:r>
      <w:r w:rsidRPr="00B164FB">
        <w:rPr>
          <w:rFonts w:ascii="Work Sans" w:hAnsi="Work Sans"/>
          <w:lang w:val="it-IT"/>
        </w:rPr>
        <w:t>L’operatore intende subappaltare, nei limiti dell’art. 119 del D.Lgs. 36/2023, le seguenti prestazioni e quote: ________________________________________________.</w:t>
      </w:r>
    </w:p>
    <w:p w14:paraId="221B12B8" w14:textId="77777777" w:rsidR="00B743BB" w:rsidRPr="00B164FB" w:rsidRDefault="00B743BB" w:rsidP="00B164FB">
      <w:pPr>
        <w:pStyle w:val="Checkbox"/>
        <w:ind w:left="85" w:hanging="85"/>
        <w:jc w:val="both"/>
        <w:rPr>
          <w:rFonts w:ascii="Work Sans" w:hAnsi="Work Sans"/>
          <w:lang w:val="it-IT"/>
        </w:rPr>
      </w:pPr>
    </w:p>
    <w:p w14:paraId="145AE1E6" w14:textId="5D7FCDB7" w:rsidR="00F72CEB" w:rsidRPr="00B164FB" w:rsidRDefault="007068BE" w:rsidP="00B164FB">
      <w:pPr>
        <w:pStyle w:val="Section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9</w:t>
      </w:r>
      <w:r w:rsidR="009704C4" w:rsidRPr="00B164FB">
        <w:rPr>
          <w:rFonts w:ascii="Work Sans" w:hAnsi="Work Sans"/>
          <w:lang w:val="it-IT"/>
        </w:rPr>
        <w:t>. Presa d’atto dei controlli ex art. 52</w:t>
      </w:r>
    </w:p>
    <w:p w14:paraId="7D98EAF3" w14:textId="77777777" w:rsidR="00F72CEB" w:rsidRPr="00B164FB" w:rsidRDefault="009704C4" w:rsidP="00B164FB">
      <w:pPr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L’operatore prende atto che la stazione appaltante effettua i controlli secondo le modalità previste dalla normativa vigente e che, in caso di accertato difetto dei requisiti dichiarati, si applicano le conseguenze previste dall’art. 52 del D.Lgs. 36/2023.</w:t>
      </w:r>
    </w:p>
    <w:p w14:paraId="43CD0974" w14:textId="77777777" w:rsidR="00FB498A" w:rsidRDefault="00FB498A" w:rsidP="00B164FB">
      <w:pPr>
        <w:pStyle w:val="Section"/>
        <w:jc w:val="both"/>
        <w:rPr>
          <w:rFonts w:ascii="Work Sans" w:hAnsi="Work Sans"/>
          <w:lang w:val="it-IT"/>
        </w:rPr>
      </w:pPr>
    </w:p>
    <w:p w14:paraId="6E7A6788" w14:textId="60F8CC93" w:rsidR="00F72CEB" w:rsidRPr="00B164FB" w:rsidRDefault="007068BE" w:rsidP="00B164FB">
      <w:pPr>
        <w:pStyle w:val="Section"/>
        <w:jc w:val="both"/>
        <w:rPr>
          <w:rFonts w:ascii="Work Sans" w:hAnsi="Work Sans"/>
          <w:lang w:val="it-IT"/>
        </w:rPr>
      </w:pPr>
      <w:r w:rsidRPr="00B164FB">
        <w:rPr>
          <w:rFonts w:ascii="Work Sans" w:hAnsi="Work Sans"/>
          <w:lang w:val="it-IT"/>
        </w:rPr>
        <w:t>10</w:t>
      </w:r>
      <w:r w:rsidR="009704C4" w:rsidRPr="00B164FB">
        <w:rPr>
          <w:rFonts w:ascii="Work Sans" w:hAnsi="Work Sans"/>
          <w:lang w:val="it-IT"/>
        </w:rPr>
        <w:t>. Allegati eventuali</w:t>
      </w:r>
    </w:p>
    <w:p w14:paraId="68E2C4F7" w14:textId="3F07D99A" w:rsidR="00F72CEB" w:rsidRDefault="009704C4" w:rsidP="00B164FB">
      <w:pPr>
        <w:spacing w:after="20"/>
        <w:jc w:val="both"/>
        <w:rPr>
          <w:rFonts w:ascii="Work Sans" w:hAnsi="Work Sans"/>
          <w:lang w:val="it-IT"/>
        </w:rPr>
      </w:pPr>
      <w:r w:rsidRPr="00B164FB">
        <w:rPr>
          <w:rFonts w:ascii="Segoe UI Symbol" w:hAnsi="Segoe UI Symbol" w:cs="Segoe UI Symbol"/>
          <w:lang w:val="it-IT"/>
        </w:rPr>
        <w:t>☐</w:t>
      </w:r>
      <w:r w:rsidRPr="00B164FB">
        <w:rPr>
          <w:rFonts w:ascii="Work Sans" w:hAnsi="Work Sans"/>
          <w:lang w:val="it-IT"/>
        </w:rPr>
        <w:t xml:space="preserve"> dichiarazione di equivalenza CCNL    </w:t>
      </w:r>
      <w:r w:rsidRPr="00B164FB">
        <w:rPr>
          <w:rFonts w:ascii="Segoe UI Symbol" w:hAnsi="Segoe UI Symbol" w:cs="Segoe UI Symbol"/>
          <w:lang w:val="it-IT"/>
        </w:rPr>
        <w:t>☐</w:t>
      </w:r>
      <w:r w:rsidRPr="00B164FB">
        <w:rPr>
          <w:rFonts w:ascii="Work Sans" w:hAnsi="Work Sans"/>
          <w:lang w:val="it-IT"/>
        </w:rPr>
        <w:t xml:space="preserve"> documentazione esplicativa / self-cleaning    </w:t>
      </w:r>
      <w:r w:rsidRPr="00B164FB">
        <w:rPr>
          <w:rFonts w:ascii="Segoe UI Symbol" w:hAnsi="Segoe UI Symbol" w:cs="Segoe UI Symbol"/>
          <w:lang w:val="it-IT"/>
        </w:rPr>
        <w:t>☐</w:t>
      </w:r>
      <w:r w:rsidRPr="00B164FB">
        <w:rPr>
          <w:rFonts w:ascii="Work Sans" w:hAnsi="Work Sans"/>
          <w:lang w:val="it-IT"/>
        </w:rPr>
        <w:t xml:space="preserve"> procura    </w:t>
      </w:r>
      <w:r w:rsidRPr="00B164FB">
        <w:rPr>
          <w:rFonts w:ascii="Segoe UI Symbol" w:hAnsi="Segoe UI Symbol" w:cs="Segoe UI Symbol"/>
          <w:lang w:val="it-IT"/>
        </w:rPr>
        <w:t>☐</w:t>
      </w:r>
      <w:r w:rsidRPr="00B164FB">
        <w:rPr>
          <w:rFonts w:ascii="Work Sans" w:hAnsi="Work Sans"/>
          <w:lang w:val="it-IT"/>
        </w:rPr>
        <w:t xml:space="preserve"> altro ____________________</w:t>
      </w:r>
      <w:r w:rsidR="00ED4E51">
        <w:rPr>
          <w:rFonts w:ascii="Work Sans" w:hAnsi="Work Sans"/>
          <w:lang w:val="it-IT"/>
        </w:rPr>
        <w:t>___________</w:t>
      </w:r>
    </w:p>
    <w:p w14:paraId="4430E13B" w14:textId="223D71B9" w:rsidR="00280B5B" w:rsidRPr="00280B5B" w:rsidRDefault="00280B5B" w:rsidP="00B164FB">
      <w:pPr>
        <w:spacing w:after="20"/>
        <w:jc w:val="both"/>
        <w:rPr>
          <w:rFonts w:ascii="Work Sans" w:hAnsi="Work Sans"/>
          <w:lang w:val="it-IT"/>
        </w:rPr>
      </w:pPr>
    </w:p>
    <w:p w14:paraId="0B6576A3" w14:textId="15B82047" w:rsidR="00280B5B" w:rsidRPr="00280B5B" w:rsidRDefault="00280B5B" w:rsidP="00280B5B">
      <w:pPr>
        <w:pStyle w:val="Section"/>
        <w:jc w:val="both"/>
        <w:rPr>
          <w:rFonts w:ascii="Work Sans" w:hAnsi="Work Sans"/>
          <w:lang w:val="it-IT"/>
        </w:rPr>
      </w:pPr>
      <w:bookmarkStart w:id="0" w:name="_Hlk238581026"/>
      <w:r w:rsidRPr="00280B5B">
        <w:rPr>
          <w:rFonts w:ascii="Work Sans" w:hAnsi="Work Sans"/>
          <w:lang w:val="it-IT"/>
        </w:rPr>
        <w:t>11. Comunicazione conto corrente dedicato</w:t>
      </w:r>
    </w:p>
    <w:bookmarkEnd w:id="0"/>
    <w:p w14:paraId="38BBE69E" w14:textId="042B09E3" w:rsidR="00280B5B" w:rsidRDefault="00280B5B" w:rsidP="00B743BB">
      <w:pPr>
        <w:jc w:val="both"/>
        <w:rPr>
          <w:rFonts w:ascii="Work Sans" w:hAnsi="Work Sans" w:cs="Arial"/>
          <w:lang w:val="it-IT"/>
        </w:rPr>
      </w:pPr>
      <w:r w:rsidRPr="00280B5B">
        <w:rPr>
          <w:rFonts w:ascii="Work Sans" w:hAnsi="Work Sans" w:cs="Arial"/>
          <w:lang w:val="it-IT"/>
        </w:rPr>
        <w:t>Il sottoscritto comunica che le movimentazioni finanziarie relative al contratto saranno effettuate sul seguente conto dedicato, anche non in via esclusiva: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280B5B" w:rsidRPr="00280B5B" w14:paraId="5209C64F" w14:textId="77777777" w:rsidTr="00061532">
        <w:trPr>
          <w:jc w:val="center"/>
        </w:trPr>
        <w:tc>
          <w:tcPr>
            <w:tcW w:w="2268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shd w:val="clear" w:color="auto" w:fill="F2F2F2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8B067B" w14:textId="77777777" w:rsidR="00280B5B" w:rsidRPr="00280B5B" w:rsidRDefault="00280B5B" w:rsidP="00061532">
            <w:pPr>
              <w:spacing w:after="0"/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263238"/>
              </w:rPr>
              <w:t>Istituto / intestatario</w:t>
            </w:r>
          </w:p>
        </w:tc>
        <w:tc>
          <w:tcPr>
            <w:tcW w:w="7370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C84255" w14:textId="05B19331" w:rsidR="00280B5B" w:rsidRDefault="00280B5B" w:rsidP="00061532">
            <w:pPr>
              <w:spacing w:after="0"/>
              <w:rPr>
                <w:rFonts w:ascii="Work Sans" w:hAnsi="Work Sans" w:cs="Arial"/>
                <w:sz w:val="19"/>
              </w:rPr>
            </w:pPr>
            <w:r w:rsidRPr="00280B5B">
              <w:rPr>
                <w:rFonts w:ascii="Work Sans" w:hAnsi="Work Sans" w:cs="Arial"/>
                <w:sz w:val="19"/>
              </w:rPr>
              <w:t>Istituto _________________________________</w:t>
            </w:r>
            <w:r>
              <w:rPr>
                <w:rFonts w:ascii="Work Sans" w:hAnsi="Work Sans" w:cs="Arial"/>
                <w:sz w:val="19"/>
              </w:rPr>
              <w:t>__________</w:t>
            </w:r>
          </w:p>
          <w:p w14:paraId="527DAA9E" w14:textId="77777777" w:rsidR="00280B5B" w:rsidRDefault="00280B5B" w:rsidP="00061532">
            <w:pPr>
              <w:spacing w:after="0"/>
              <w:rPr>
                <w:rFonts w:ascii="Work Sans" w:hAnsi="Work Sans" w:cs="Arial"/>
                <w:sz w:val="19"/>
              </w:rPr>
            </w:pPr>
          </w:p>
          <w:p w14:paraId="3F84504F" w14:textId="561C07A5" w:rsidR="00280B5B" w:rsidRPr="00280B5B" w:rsidRDefault="00280B5B" w:rsidP="00061532">
            <w:pPr>
              <w:spacing w:after="0"/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9"/>
              </w:rPr>
              <w:t>Intestatario _________________________________</w:t>
            </w:r>
            <w:r>
              <w:rPr>
                <w:rFonts w:ascii="Work Sans" w:hAnsi="Work Sans" w:cs="Arial"/>
                <w:sz w:val="19"/>
              </w:rPr>
              <w:t>______</w:t>
            </w:r>
          </w:p>
        </w:tc>
      </w:tr>
      <w:tr w:rsidR="00280B5B" w:rsidRPr="00280B5B" w14:paraId="367BEDE9" w14:textId="77777777" w:rsidTr="00061532">
        <w:trPr>
          <w:jc w:val="center"/>
        </w:trPr>
        <w:tc>
          <w:tcPr>
            <w:tcW w:w="2268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shd w:val="clear" w:color="auto" w:fill="F2F2F2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C0995D8" w14:textId="77777777" w:rsidR="00280B5B" w:rsidRPr="00280B5B" w:rsidRDefault="00280B5B" w:rsidP="00061532">
            <w:pPr>
              <w:spacing w:after="0"/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263238"/>
              </w:rPr>
              <w:t>IBAN</w:t>
            </w:r>
          </w:p>
        </w:tc>
        <w:tc>
          <w:tcPr>
            <w:tcW w:w="7370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6C674CE" w14:textId="682FF7EA" w:rsidR="00280B5B" w:rsidRPr="00280B5B" w:rsidRDefault="00280B5B" w:rsidP="00061532">
            <w:pPr>
              <w:spacing w:after="0"/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9"/>
              </w:rPr>
              <w:t>_____________________________________________________________________</w:t>
            </w:r>
          </w:p>
        </w:tc>
      </w:tr>
      <w:tr w:rsidR="00280B5B" w:rsidRPr="00B46A9D" w14:paraId="0E6D2B82" w14:textId="77777777" w:rsidTr="00061532">
        <w:trPr>
          <w:jc w:val="center"/>
        </w:trPr>
        <w:tc>
          <w:tcPr>
            <w:tcW w:w="2268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shd w:val="clear" w:color="auto" w:fill="F2F2F2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B62CCD9" w14:textId="77777777" w:rsidR="00280B5B" w:rsidRPr="00280B5B" w:rsidRDefault="00280B5B" w:rsidP="00061532">
            <w:pPr>
              <w:spacing w:after="0"/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263238"/>
              </w:rPr>
              <w:t>BIC / SWIFT</w:t>
            </w:r>
          </w:p>
        </w:tc>
        <w:tc>
          <w:tcPr>
            <w:tcW w:w="7370" w:type="dxa"/>
            <w:tcBorders>
              <w:top w:val="single" w:sz="4" w:space="0" w:color="C9D2D8"/>
              <w:left w:val="single" w:sz="4" w:space="0" w:color="C9D2D8"/>
              <w:bottom w:val="single" w:sz="4" w:space="0" w:color="C9D2D8"/>
              <w:right w:val="single" w:sz="4" w:space="0" w:color="C9D2D8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598C6E" w14:textId="0DDB15DE" w:rsidR="00280B5B" w:rsidRPr="00280B5B" w:rsidRDefault="00280B5B" w:rsidP="00061532">
            <w:pPr>
              <w:spacing w:after="0"/>
              <w:rPr>
                <w:rFonts w:ascii="Work Sans" w:hAnsi="Work Sans"/>
                <w:lang w:val="it-IT"/>
              </w:rPr>
            </w:pPr>
            <w:r w:rsidRPr="00280B5B">
              <w:rPr>
                <w:rFonts w:ascii="Work Sans" w:hAnsi="Work Sans" w:cs="Arial"/>
                <w:sz w:val="19"/>
                <w:lang w:val="it-IT"/>
              </w:rPr>
              <w:t xml:space="preserve">____________________________ (se pertinente) </w:t>
            </w:r>
            <w:r w:rsidRPr="00280B5B">
              <w:rPr>
                <w:rFonts w:ascii="Segoe UI Symbol" w:hAnsi="Segoe UI Symbol" w:cs="Segoe UI Symbol"/>
                <w:sz w:val="19"/>
                <w:lang w:val="it-IT"/>
              </w:rPr>
              <w:t>☐</w:t>
            </w:r>
            <w:r w:rsidRPr="00280B5B">
              <w:rPr>
                <w:rFonts w:ascii="Work Sans" w:hAnsi="Work Sans" w:cs="Arial"/>
                <w:sz w:val="19"/>
                <w:lang w:val="it-IT"/>
              </w:rPr>
              <w:t xml:space="preserve"> conto già esistente     </w:t>
            </w:r>
            <w:r w:rsidRPr="00280B5B">
              <w:rPr>
                <w:rFonts w:ascii="Segoe UI Symbol" w:hAnsi="Segoe UI Symbol" w:cs="Segoe UI Symbol"/>
                <w:sz w:val="19"/>
                <w:lang w:val="it-IT"/>
              </w:rPr>
              <w:t>☐</w:t>
            </w:r>
            <w:r w:rsidRPr="00280B5B">
              <w:rPr>
                <w:rFonts w:ascii="Work Sans" w:hAnsi="Work Sans" w:cs="Arial"/>
                <w:sz w:val="19"/>
                <w:lang w:val="it-IT"/>
              </w:rPr>
              <w:t xml:space="preserve"> nuova accensione</w:t>
            </w:r>
          </w:p>
        </w:tc>
      </w:tr>
    </w:tbl>
    <w:p w14:paraId="0D2AE203" w14:textId="77777777" w:rsidR="00280B5B" w:rsidRPr="00280B5B" w:rsidRDefault="00280B5B" w:rsidP="00280B5B">
      <w:pPr>
        <w:spacing w:after="0"/>
        <w:rPr>
          <w:rFonts w:ascii="Work Sans" w:hAnsi="Work Sans"/>
          <w:lang w:val="it-IT"/>
        </w:rPr>
      </w:pPr>
    </w:p>
    <w:p w14:paraId="412D4104" w14:textId="1907AF82" w:rsidR="00280B5B" w:rsidRPr="00280B5B" w:rsidRDefault="00280B5B" w:rsidP="00280B5B">
      <w:pPr>
        <w:rPr>
          <w:rFonts w:ascii="Work Sans" w:hAnsi="Work Sans"/>
          <w:lang w:val="it-IT"/>
        </w:rPr>
      </w:pPr>
      <w:r w:rsidRPr="00280B5B">
        <w:rPr>
          <w:rFonts w:ascii="Work Sans" w:hAnsi="Work Sans"/>
          <w:lang w:val="it-IT"/>
        </w:rPr>
        <w:t>Persone delegate a operare sul conto;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2948"/>
        <w:gridCol w:w="3231"/>
      </w:tblGrid>
      <w:tr w:rsidR="00280B5B" w:rsidRPr="00280B5B" w14:paraId="25A576AB" w14:textId="77777777" w:rsidTr="00061532">
        <w:trPr>
          <w:tblHeader/>
          <w:jc w:val="center"/>
        </w:trPr>
        <w:tc>
          <w:tcPr>
            <w:tcW w:w="3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240B93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FFFFFF"/>
                <w:sz w:val="17"/>
              </w:rPr>
              <w:t>Nome e cognome</w:t>
            </w:r>
          </w:p>
        </w:tc>
        <w:tc>
          <w:tcPr>
            <w:tcW w:w="29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CC712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FFFFFF"/>
                <w:sz w:val="17"/>
              </w:rPr>
              <w:t>Codice fiscale</w:t>
            </w:r>
          </w:p>
        </w:tc>
        <w:tc>
          <w:tcPr>
            <w:tcW w:w="32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DA7A7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b/>
                <w:color w:val="FFFFFF"/>
                <w:sz w:val="17"/>
              </w:rPr>
              <w:t>Qualifica / poteri</w:t>
            </w:r>
          </w:p>
        </w:tc>
      </w:tr>
      <w:tr w:rsidR="00280B5B" w:rsidRPr="00280B5B" w14:paraId="2145520B" w14:textId="77777777" w:rsidTr="00061532">
        <w:trPr>
          <w:cantSplit/>
          <w:jc w:val="center"/>
        </w:trPr>
        <w:tc>
          <w:tcPr>
            <w:tcW w:w="3458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FFFFF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57C63CDF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________________________________</w:t>
            </w:r>
          </w:p>
        </w:tc>
        <w:tc>
          <w:tcPr>
            <w:tcW w:w="2948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FFFFF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6B1A28CA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</w:t>
            </w:r>
          </w:p>
        </w:tc>
        <w:tc>
          <w:tcPr>
            <w:tcW w:w="3231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FFFFF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659BB395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____________________________</w:t>
            </w:r>
          </w:p>
        </w:tc>
      </w:tr>
      <w:tr w:rsidR="00280B5B" w:rsidRPr="00280B5B" w14:paraId="08EDA036" w14:textId="77777777" w:rsidTr="00061532">
        <w:trPr>
          <w:cantSplit/>
          <w:jc w:val="center"/>
        </w:trPr>
        <w:tc>
          <w:tcPr>
            <w:tcW w:w="3458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7F9FB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7B692D95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________________________________</w:t>
            </w:r>
          </w:p>
        </w:tc>
        <w:tc>
          <w:tcPr>
            <w:tcW w:w="2948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7F9FB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0D06B92C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</w:t>
            </w:r>
          </w:p>
        </w:tc>
        <w:tc>
          <w:tcPr>
            <w:tcW w:w="3231" w:type="dxa"/>
            <w:tcBorders>
              <w:top w:val="single" w:sz="4" w:space="0" w:color="D6DEE3"/>
              <w:left w:val="single" w:sz="4" w:space="0" w:color="D6DEE3"/>
              <w:bottom w:val="single" w:sz="4" w:space="0" w:color="D6DEE3"/>
              <w:right w:val="single" w:sz="4" w:space="0" w:color="D6DEE3"/>
            </w:tcBorders>
            <w:shd w:val="clear" w:color="auto" w:fill="F7F9FB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14:paraId="55FA9331" w14:textId="77777777" w:rsidR="00280B5B" w:rsidRPr="00280B5B" w:rsidRDefault="00280B5B" w:rsidP="00280B5B">
            <w:pPr>
              <w:rPr>
                <w:rFonts w:ascii="Work Sans" w:hAnsi="Work Sans"/>
              </w:rPr>
            </w:pPr>
            <w:r w:rsidRPr="00280B5B">
              <w:rPr>
                <w:rFonts w:ascii="Work Sans" w:hAnsi="Work Sans" w:cs="Arial"/>
                <w:sz w:val="17"/>
              </w:rPr>
              <w:t>____________________________</w:t>
            </w:r>
          </w:p>
        </w:tc>
      </w:tr>
    </w:tbl>
    <w:p w14:paraId="1F27F031" w14:textId="77777777" w:rsidR="00280B5B" w:rsidRPr="00280B5B" w:rsidRDefault="00280B5B" w:rsidP="00280B5B">
      <w:pPr>
        <w:rPr>
          <w:rFonts w:ascii="Work Sans" w:hAnsi="Work Sans"/>
        </w:rPr>
      </w:pPr>
    </w:p>
    <w:p w14:paraId="5A364098" w14:textId="56E4C6A6" w:rsidR="00280B5B" w:rsidRPr="00280B5B" w:rsidRDefault="00280B5B" w:rsidP="00B743BB">
      <w:pPr>
        <w:jc w:val="both"/>
        <w:rPr>
          <w:rFonts w:ascii="Work Sans" w:hAnsi="Work Sans"/>
        </w:rPr>
      </w:pPr>
      <w:r w:rsidRPr="00280B5B">
        <w:rPr>
          <w:rFonts w:ascii="Work Sans" w:hAnsi="Work Sans"/>
        </w:rPr>
        <w:t>Dichiarazioni e impegni;</w:t>
      </w:r>
    </w:p>
    <w:p w14:paraId="6E58FB48" w14:textId="31025180" w:rsidR="00280B5B" w:rsidRPr="00280B5B" w:rsidRDefault="00280B5B" w:rsidP="00B743BB">
      <w:pPr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 w:cs="Arial"/>
          <w:sz w:val="17"/>
          <w:lang w:val="it-IT"/>
        </w:rPr>
        <w:t>- utilizzare il conto indicato e strumenti pienamente tracciabili per tutte le movimentazioni riferite al contratto;</w:t>
      </w:r>
    </w:p>
    <w:p w14:paraId="66ACE0DB" w14:textId="40FD6501" w:rsidR="00280B5B" w:rsidRPr="00280B5B" w:rsidRDefault="00280B5B" w:rsidP="00B743BB">
      <w:pPr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 w:cs="Arial"/>
          <w:sz w:val="17"/>
          <w:lang w:val="it-IT"/>
        </w:rPr>
        <w:t>- indicare in ogni transazione il CIG e il CUP quando dovuto;</w:t>
      </w:r>
    </w:p>
    <w:p w14:paraId="113B1A63" w14:textId="5369BD04" w:rsidR="00280B5B" w:rsidRPr="00280B5B" w:rsidRDefault="00280B5B" w:rsidP="00B743BB">
      <w:pPr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 w:cs="Arial"/>
          <w:sz w:val="17"/>
          <w:lang w:val="it-IT"/>
        </w:rPr>
        <w:t>- comunicare entro sette giorni ogni modifica del conto o delle persone delegate;</w:t>
      </w:r>
    </w:p>
    <w:p w14:paraId="236FFFDD" w14:textId="02DFB54A" w:rsidR="00280B5B" w:rsidRPr="00280B5B" w:rsidRDefault="00280B5B" w:rsidP="00B743BB">
      <w:pPr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 w:cs="Arial"/>
          <w:sz w:val="17"/>
          <w:lang w:val="it-IT"/>
        </w:rPr>
        <w:t>- inserire gli obblighi di tracciabilità nei subappalti e nei subcontratti della filiera;</w:t>
      </w:r>
    </w:p>
    <w:p w14:paraId="1AB78818" w14:textId="6E718C12" w:rsidR="00280B5B" w:rsidRPr="00280B5B" w:rsidRDefault="00280B5B" w:rsidP="00B743BB">
      <w:pPr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 w:cs="Arial"/>
          <w:sz w:val="17"/>
          <w:lang w:val="it-IT"/>
        </w:rPr>
        <w:t>- comunicare immediatamente alla stazione appaltante e alla Prefettura competente l’inadempimento della controparte.</w:t>
      </w:r>
    </w:p>
    <w:p w14:paraId="520ADCC4" w14:textId="77777777" w:rsidR="00280B5B" w:rsidRPr="00280B5B" w:rsidRDefault="00280B5B" w:rsidP="00280B5B">
      <w:pPr>
        <w:rPr>
          <w:rFonts w:ascii="Work Sans" w:hAnsi="Work Sans"/>
          <w:lang w:val="it-IT"/>
        </w:rPr>
      </w:pPr>
    </w:p>
    <w:p w14:paraId="77BBE6BE" w14:textId="03A9DDF6" w:rsidR="00280B5B" w:rsidRPr="00280B5B" w:rsidRDefault="00280B5B" w:rsidP="00280B5B">
      <w:pPr>
        <w:pStyle w:val="Section"/>
        <w:jc w:val="both"/>
        <w:rPr>
          <w:rFonts w:ascii="Work Sans" w:hAnsi="Work Sans"/>
          <w:lang w:val="it-IT"/>
        </w:rPr>
      </w:pPr>
      <w:r w:rsidRPr="00280B5B">
        <w:rPr>
          <w:rFonts w:ascii="Work Sans" w:hAnsi="Work Sans"/>
          <w:lang w:val="it-IT"/>
        </w:rPr>
        <w:t>12. Sottoscrizione</w:t>
      </w:r>
    </w:p>
    <w:p w14:paraId="2A407F27" w14:textId="58977ACC" w:rsidR="00280B5B" w:rsidRPr="00280B5B" w:rsidRDefault="00280B5B" w:rsidP="00B164FB">
      <w:pPr>
        <w:spacing w:after="20"/>
        <w:jc w:val="both"/>
        <w:rPr>
          <w:rFonts w:ascii="Work Sans" w:hAnsi="Work Sans"/>
          <w:lang w:val="it-IT"/>
        </w:rPr>
      </w:pPr>
    </w:p>
    <w:tbl>
      <w:tblPr>
        <w:tblpPr w:leftFromText="141" w:rightFromText="141" w:vertAnchor="text" w:horzAnchor="margin" w:tblpY="109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280B5B" w:rsidRPr="00B46A9D" w14:paraId="12EA1309" w14:textId="77777777" w:rsidTr="00280B5B"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716C4" w14:textId="77777777" w:rsidR="00280B5B" w:rsidRPr="00280B5B" w:rsidRDefault="00280B5B" w:rsidP="00280B5B">
            <w:pPr>
              <w:spacing w:after="0" w:line="240" w:lineRule="auto"/>
              <w:jc w:val="center"/>
              <w:rPr>
                <w:rFonts w:ascii="Work Sans" w:hAnsi="Work Sans"/>
                <w:b/>
                <w:sz w:val="18"/>
              </w:rPr>
            </w:pPr>
            <w:r w:rsidRPr="00280B5B">
              <w:rPr>
                <w:rFonts w:ascii="Work Sans" w:hAnsi="Work Sans"/>
                <w:b/>
                <w:sz w:val="18"/>
              </w:rPr>
              <w:t>Luogo e data</w:t>
            </w:r>
          </w:p>
          <w:p w14:paraId="4AB0C4BA" w14:textId="18247B9E" w:rsidR="00280B5B" w:rsidRPr="00280B5B" w:rsidRDefault="00280B5B" w:rsidP="00280B5B">
            <w:pPr>
              <w:spacing w:after="0" w:line="240" w:lineRule="auto"/>
              <w:jc w:val="center"/>
              <w:rPr>
                <w:rFonts w:ascii="Work Sans" w:hAnsi="Work Sans"/>
              </w:rPr>
            </w:pPr>
            <w:r w:rsidRPr="00280B5B">
              <w:rPr>
                <w:rFonts w:ascii="Work Sans" w:hAnsi="Work Sans"/>
                <w:b/>
                <w:sz w:val="18"/>
              </w:rPr>
              <w:br/>
            </w:r>
            <w:r w:rsidRPr="00280B5B">
              <w:rPr>
                <w:rFonts w:ascii="Work Sans" w:hAnsi="Work Sans"/>
                <w:sz w:val="18"/>
              </w:rPr>
              <w:t>________________________________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FFB31" w14:textId="77777777" w:rsidR="00280B5B" w:rsidRPr="00280B5B" w:rsidRDefault="00280B5B" w:rsidP="00280B5B">
            <w:pPr>
              <w:spacing w:after="0" w:line="240" w:lineRule="auto"/>
              <w:jc w:val="center"/>
              <w:rPr>
                <w:rFonts w:ascii="Work Sans" w:hAnsi="Work Sans"/>
                <w:b/>
                <w:sz w:val="18"/>
                <w:lang w:val="it-IT"/>
              </w:rPr>
            </w:pPr>
            <w:r w:rsidRPr="00280B5B">
              <w:rPr>
                <w:rFonts w:ascii="Work Sans" w:hAnsi="Work Sans"/>
                <w:b/>
                <w:sz w:val="18"/>
                <w:lang w:val="it-IT"/>
              </w:rPr>
              <w:t>Il titolare / legale rappresentante / procuratore</w:t>
            </w:r>
          </w:p>
          <w:p w14:paraId="7A77F74C" w14:textId="7E901203" w:rsidR="00280B5B" w:rsidRPr="00280B5B" w:rsidRDefault="00280B5B" w:rsidP="00280B5B">
            <w:pPr>
              <w:spacing w:after="0" w:line="240" w:lineRule="auto"/>
              <w:jc w:val="center"/>
              <w:rPr>
                <w:rFonts w:ascii="Work Sans" w:hAnsi="Work Sans"/>
                <w:sz w:val="18"/>
                <w:lang w:val="it-IT"/>
              </w:rPr>
            </w:pPr>
            <w:r w:rsidRPr="00280B5B">
              <w:rPr>
                <w:rFonts w:ascii="Work Sans" w:hAnsi="Work Sans"/>
                <w:b/>
                <w:sz w:val="18"/>
                <w:lang w:val="it-IT"/>
              </w:rPr>
              <w:br/>
            </w:r>
            <w:r w:rsidRPr="00280B5B">
              <w:rPr>
                <w:rFonts w:ascii="Work Sans" w:hAnsi="Work Sans"/>
                <w:sz w:val="18"/>
                <w:lang w:val="it-IT"/>
              </w:rPr>
              <w:t>________________________________</w:t>
            </w:r>
          </w:p>
          <w:p w14:paraId="675715BE" w14:textId="77777777" w:rsidR="00280B5B" w:rsidRPr="00280B5B" w:rsidRDefault="00280B5B" w:rsidP="00280B5B">
            <w:pPr>
              <w:spacing w:after="0" w:line="240" w:lineRule="auto"/>
              <w:jc w:val="center"/>
              <w:rPr>
                <w:rFonts w:ascii="Work Sans" w:hAnsi="Work Sans"/>
                <w:lang w:val="it-IT"/>
              </w:rPr>
            </w:pPr>
          </w:p>
        </w:tc>
      </w:tr>
    </w:tbl>
    <w:p w14:paraId="5EAB1B9C" w14:textId="77777777" w:rsidR="00F72CEB" w:rsidRPr="00280B5B" w:rsidRDefault="00F72CEB" w:rsidP="00B164FB">
      <w:pPr>
        <w:spacing w:after="0"/>
        <w:jc w:val="both"/>
        <w:rPr>
          <w:rFonts w:ascii="Work Sans" w:hAnsi="Work Sans"/>
          <w:lang w:val="it-IT"/>
        </w:rPr>
      </w:pPr>
    </w:p>
    <w:p w14:paraId="6A58A914" w14:textId="77777777" w:rsidR="00280B5B" w:rsidRPr="00280B5B" w:rsidRDefault="00280B5B">
      <w:pPr>
        <w:pStyle w:val="Small"/>
        <w:spacing w:before="140"/>
        <w:rPr>
          <w:rFonts w:ascii="Work Sans" w:hAnsi="Work Sans"/>
          <w:lang w:val="it-IT"/>
        </w:rPr>
      </w:pPr>
    </w:p>
    <w:p w14:paraId="5ABA064F" w14:textId="77777777" w:rsidR="00280B5B" w:rsidRPr="00280B5B" w:rsidRDefault="00280B5B">
      <w:pPr>
        <w:pStyle w:val="Small"/>
        <w:spacing w:before="140"/>
        <w:rPr>
          <w:rFonts w:ascii="Work Sans" w:hAnsi="Work Sans"/>
          <w:lang w:val="it-IT"/>
        </w:rPr>
      </w:pPr>
    </w:p>
    <w:p w14:paraId="2ABBBA0A" w14:textId="77777777" w:rsidR="00280B5B" w:rsidRPr="00280B5B" w:rsidRDefault="00280B5B">
      <w:pPr>
        <w:pStyle w:val="Small"/>
        <w:spacing w:before="140"/>
        <w:rPr>
          <w:rFonts w:ascii="Work Sans" w:hAnsi="Work Sans"/>
          <w:lang w:val="it-IT"/>
        </w:rPr>
      </w:pPr>
    </w:p>
    <w:p w14:paraId="61802056" w14:textId="1C85D361" w:rsidR="00F72CEB" w:rsidRDefault="009704C4">
      <w:pPr>
        <w:pStyle w:val="Small"/>
        <w:spacing w:before="140"/>
        <w:rPr>
          <w:rFonts w:ascii="Work Sans" w:hAnsi="Work Sans"/>
          <w:lang w:val="it-IT"/>
        </w:rPr>
      </w:pPr>
      <w:r w:rsidRPr="00280B5B">
        <w:rPr>
          <w:rFonts w:ascii="Work Sans" w:hAnsi="Work Sans"/>
          <w:lang w:val="it-IT"/>
        </w:rPr>
        <w:t>Documento da sottoscrivere con firma digitale. In caso di firma autografa, allegare copia del documento di identità ai sensi dell’art. 38 del D.P.R. 445/2000. Informativa privacy disponibile sul sito istituzionale dell’Università degli Studi di Perugia.</w:t>
      </w:r>
    </w:p>
    <w:p w14:paraId="550AFB8A" w14:textId="2160CC07" w:rsidR="00B83B8F" w:rsidRPr="00B83B8F" w:rsidRDefault="00B83B8F" w:rsidP="00B83B8F">
      <w:pPr>
        <w:rPr>
          <w:lang w:val="it-IT"/>
        </w:rPr>
      </w:pPr>
    </w:p>
    <w:p w14:paraId="197FFBCA" w14:textId="5DEB46A7" w:rsidR="00B83B8F" w:rsidRPr="00B83B8F" w:rsidRDefault="00B83B8F" w:rsidP="00B83B8F">
      <w:pPr>
        <w:rPr>
          <w:lang w:val="it-IT"/>
        </w:rPr>
      </w:pPr>
    </w:p>
    <w:p w14:paraId="26025F71" w14:textId="441445AC" w:rsidR="00B83B8F" w:rsidRPr="00B83B8F" w:rsidRDefault="00B83B8F" w:rsidP="00B83B8F">
      <w:pPr>
        <w:rPr>
          <w:lang w:val="it-IT"/>
        </w:rPr>
      </w:pPr>
    </w:p>
    <w:p w14:paraId="4BB1F5D9" w14:textId="33968F5C" w:rsidR="00B83B8F" w:rsidRPr="00B83B8F" w:rsidRDefault="00B83B8F" w:rsidP="00B83B8F">
      <w:pPr>
        <w:tabs>
          <w:tab w:val="left" w:pos="5475"/>
        </w:tabs>
        <w:rPr>
          <w:lang w:val="it-IT"/>
        </w:rPr>
      </w:pPr>
    </w:p>
    <w:sectPr w:rsidR="00B83B8F" w:rsidRPr="00B83B8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077" w:bottom="68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F4EC" w14:textId="77777777" w:rsidR="006E150A" w:rsidRDefault="006E150A">
      <w:pPr>
        <w:spacing w:after="0" w:line="240" w:lineRule="auto"/>
      </w:pPr>
      <w:r>
        <w:separator/>
      </w:r>
    </w:p>
  </w:endnote>
  <w:endnote w:type="continuationSeparator" w:id="0">
    <w:p w14:paraId="7886AC4C" w14:textId="77777777" w:rsidR="006E150A" w:rsidRDefault="006E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D448" w14:textId="77777777" w:rsidR="00B83B8F" w:rsidRDefault="00B83B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1FB0" w14:textId="41D5CD64" w:rsidR="00F72CEB" w:rsidRPr="007068BE" w:rsidRDefault="009704C4">
    <w:pPr>
      <w:pStyle w:val="Pidipagina"/>
      <w:jc w:val="center"/>
      <w:rPr>
        <w:lang w:val="it-IT"/>
      </w:rPr>
    </w:pPr>
    <w:r w:rsidRPr="007068BE">
      <w:rPr>
        <w:color w:val="777777"/>
        <w:sz w:val="14"/>
        <w:lang w:val="it-IT"/>
      </w:rPr>
      <w:t>Dipartimento di Economia - modello semplificato affidamenti diretti - rev.</w:t>
    </w:r>
    <w:r w:rsidR="00B83B8F">
      <w:rPr>
        <w:color w:val="777777"/>
        <w:sz w:val="14"/>
        <w:lang w:val="it-IT"/>
      </w:rPr>
      <w:t>2 - 26</w:t>
    </w:r>
    <w:r w:rsidRPr="007068BE">
      <w:rPr>
        <w:color w:val="777777"/>
        <w:sz w:val="14"/>
        <w:lang w:val="it-IT"/>
      </w:rPr>
      <w:t xml:space="preserve"> agosto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D7F3" w14:textId="77777777" w:rsidR="00B83B8F" w:rsidRDefault="00B83B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E676" w14:textId="77777777" w:rsidR="006E150A" w:rsidRDefault="006E150A">
      <w:pPr>
        <w:spacing w:after="0" w:line="240" w:lineRule="auto"/>
      </w:pPr>
      <w:r>
        <w:separator/>
      </w:r>
    </w:p>
  </w:footnote>
  <w:footnote w:type="continuationSeparator" w:id="0">
    <w:p w14:paraId="6B81B262" w14:textId="77777777" w:rsidR="006E150A" w:rsidRDefault="006E1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5D98" w14:textId="77777777" w:rsidR="00B83B8F" w:rsidRDefault="00B83B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FBEA" w14:textId="77777777" w:rsidR="00B83B8F" w:rsidRDefault="00B83B8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E0B6B" w14:textId="77777777" w:rsidR="00B83B8F" w:rsidRDefault="00B83B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054728">
    <w:abstractNumId w:val="8"/>
  </w:num>
  <w:num w:numId="2" w16cid:durableId="992413802">
    <w:abstractNumId w:val="6"/>
  </w:num>
  <w:num w:numId="3" w16cid:durableId="1540896533">
    <w:abstractNumId w:val="5"/>
  </w:num>
  <w:num w:numId="4" w16cid:durableId="746538404">
    <w:abstractNumId w:val="4"/>
  </w:num>
  <w:num w:numId="5" w16cid:durableId="341395579">
    <w:abstractNumId w:val="7"/>
  </w:num>
  <w:num w:numId="6" w16cid:durableId="932863460">
    <w:abstractNumId w:val="3"/>
  </w:num>
  <w:num w:numId="7" w16cid:durableId="310838529">
    <w:abstractNumId w:val="2"/>
  </w:num>
  <w:num w:numId="8" w16cid:durableId="2073263297">
    <w:abstractNumId w:val="1"/>
  </w:num>
  <w:num w:numId="9" w16cid:durableId="25024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494"/>
    <w:rsid w:val="00140A61"/>
    <w:rsid w:val="0015074B"/>
    <w:rsid w:val="001844D7"/>
    <w:rsid w:val="001D3400"/>
    <w:rsid w:val="00280B5B"/>
    <w:rsid w:val="0029639D"/>
    <w:rsid w:val="002A477D"/>
    <w:rsid w:val="00326F90"/>
    <w:rsid w:val="00383514"/>
    <w:rsid w:val="003E1E39"/>
    <w:rsid w:val="005B05BA"/>
    <w:rsid w:val="006E150A"/>
    <w:rsid w:val="007068BE"/>
    <w:rsid w:val="007B642B"/>
    <w:rsid w:val="009704C4"/>
    <w:rsid w:val="009E62B9"/>
    <w:rsid w:val="00A2659D"/>
    <w:rsid w:val="00A71BAE"/>
    <w:rsid w:val="00AA1D8D"/>
    <w:rsid w:val="00B164FB"/>
    <w:rsid w:val="00B46A9D"/>
    <w:rsid w:val="00B47730"/>
    <w:rsid w:val="00B743BB"/>
    <w:rsid w:val="00B83B8F"/>
    <w:rsid w:val="00B856D1"/>
    <w:rsid w:val="00C2268C"/>
    <w:rsid w:val="00CB0664"/>
    <w:rsid w:val="00CC41D5"/>
    <w:rsid w:val="00DC5AA8"/>
    <w:rsid w:val="00E9588D"/>
    <w:rsid w:val="00ED4E51"/>
    <w:rsid w:val="00F72CEB"/>
    <w:rsid w:val="00FB498A"/>
    <w:rsid w:val="00FC1777"/>
    <w:rsid w:val="00FC2E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CA768"/>
  <w14:defaultImageDpi w14:val="300"/>
  <w15:docId w15:val="{4C22EE52-698B-47C5-AE92-52BE99CC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45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">
    <w:name w:val="Section"/>
    <w:pPr>
      <w:keepNext/>
      <w:spacing w:before="140" w:after="40" w:line="252" w:lineRule="auto"/>
    </w:pPr>
    <w:rPr>
      <w:rFonts w:ascii="Arial" w:hAnsi="Arial"/>
      <w:b/>
      <w:color w:val="1F4E79"/>
    </w:rPr>
  </w:style>
  <w:style w:type="paragraph" w:customStyle="1" w:styleId="Small">
    <w:name w:val="Small"/>
    <w:pPr>
      <w:spacing w:after="20" w:line="252" w:lineRule="auto"/>
    </w:pPr>
    <w:rPr>
      <w:rFonts w:ascii="Arial" w:hAnsi="Arial"/>
      <w:color w:val="666666"/>
      <w:sz w:val="16"/>
    </w:rPr>
  </w:style>
  <w:style w:type="paragraph" w:customStyle="1" w:styleId="Checkbox">
    <w:name w:val="Checkbox"/>
    <w:pPr>
      <w:spacing w:after="20" w:line="240" w:lineRule="auto"/>
    </w:pPr>
    <w:rPr>
      <w:rFonts w:ascii="Arial" w:hAnsi="Arial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27</cp:revision>
  <dcterms:created xsi:type="dcterms:W3CDTF">2013-12-23T23:15:00Z</dcterms:created>
  <dcterms:modified xsi:type="dcterms:W3CDTF">2026-08-27T05:48:00Z</dcterms:modified>
  <cp:category/>
</cp:coreProperties>
</file>